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E4AA4" w14:textId="4FDFCE9B" w:rsidR="002B01B1" w:rsidRDefault="008119A6">
      <w:pPr>
        <w:jc w:val="center"/>
        <w:rPr>
          <w:rFonts w:cs="Times New Roman"/>
          <w:szCs w:val="24"/>
        </w:rPr>
      </w:pPr>
      <w:r>
        <w:rPr>
          <w:rFonts w:cs="Times New Roman"/>
          <w:b/>
          <w:szCs w:val="24"/>
        </w:rPr>
        <w:t>ЗАЯВЛЕНИЕ</w:t>
      </w:r>
      <w:r w:rsidR="00EC6407" w:rsidRPr="00582609">
        <w:rPr>
          <w:rFonts w:cs="Times New Roman"/>
          <w:b/>
          <w:szCs w:val="24"/>
        </w:rPr>
        <w:t xml:space="preserve"> № 2</w:t>
      </w:r>
      <w:r w:rsidR="00EC6407" w:rsidRPr="00582609">
        <w:rPr>
          <w:rFonts w:cs="Times New Roman"/>
          <w:b/>
          <w:szCs w:val="24"/>
        </w:rPr>
        <w:br/>
        <w:t xml:space="preserve">ЗА </w:t>
      </w:r>
      <w:r w:rsidR="00E51C13">
        <w:rPr>
          <w:rFonts w:cs="Times New Roman"/>
          <w:b/>
          <w:szCs w:val="24"/>
        </w:rPr>
        <w:t>УЧАСТИЕ</w:t>
      </w:r>
      <w:r w:rsidR="00EE53E5">
        <w:rPr>
          <w:rFonts w:cs="Times New Roman"/>
          <w:b/>
          <w:szCs w:val="24"/>
        </w:rPr>
        <w:t xml:space="preserve"> В КОНКУРСА</w:t>
      </w:r>
      <w:r w:rsidR="00EC6407" w:rsidRPr="00582609">
        <w:rPr>
          <w:rFonts w:cs="Times New Roman"/>
          <w:b/>
          <w:szCs w:val="24"/>
        </w:rPr>
        <w:br/>
      </w:r>
      <w:r w:rsidR="00EC6407" w:rsidRPr="00582609">
        <w:rPr>
          <w:rFonts w:cs="Times New Roman"/>
          <w:szCs w:val="24"/>
        </w:rPr>
        <w:t>„НАЙ-ДОБЪР СТРОИТЕЛ – 2025“</w:t>
      </w:r>
    </w:p>
    <w:p w14:paraId="77789404" w14:textId="77777777" w:rsidR="00EE53E5" w:rsidRPr="00582609" w:rsidRDefault="00EE53E5">
      <w:pPr>
        <w:jc w:val="center"/>
        <w:rPr>
          <w:rFonts w:cs="Times New Roman"/>
          <w:szCs w:val="24"/>
        </w:rPr>
      </w:pPr>
    </w:p>
    <w:p w14:paraId="45B275EE" w14:textId="77777777" w:rsidR="002B01B1" w:rsidRPr="00582609" w:rsidRDefault="00EC6407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582609">
        <w:rPr>
          <w:rFonts w:ascii="Times New Roman" w:hAnsi="Times New Roman" w:cs="Times New Roman"/>
          <w:sz w:val="24"/>
          <w:szCs w:val="24"/>
        </w:rPr>
        <w:t>I. ДАННИ ЗА КАНДИДАТА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2B01B1" w:rsidRPr="00582609" w14:paraId="0764D2CE" w14:textId="77777777">
        <w:tc>
          <w:tcPr>
            <w:tcW w:w="4320" w:type="dxa"/>
          </w:tcPr>
          <w:p w14:paraId="6A630B24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Поле</w:t>
            </w:r>
          </w:p>
        </w:tc>
        <w:tc>
          <w:tcPr>
            <w:tcW w:w="4320" w:type="dxa"/>
          </w:tcPr>
          <w:p w14:paraId="74AF628E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Данни</w:t>
            </w:r>
          </w:p>
        </w:tc>
      </w:tr>
      <w:tr w:rsidR="002B01B1" w:rsidRPr="00582609" w14:paraId="37B135E2" w14:textId="77777777">
        <w:tc>
          <w:tcPr>
            <w:tcW w:w="4320" w:type="dxa"/>
          </w:tcPr>
          <w:p w14:paraId="41F7EDFF" w14:textId="38F23453" w:rsidR="002B01B1" w:rsidRPr="00FC37D4" w:rsidRDefault="00EC6407">
            <w:pPr>
              <w:rPr>
                <w:rFonts w:cs="Times New Roman"/>
                <w:szCs w:val="24"/>
                <w:lang w:val="bg-BG"/>
              </w:rPr>
            </w:pPr>
            <w:r w:rsidRPr="00582609">
              <w:rPr>
                <w:rFonts w:cs="Times New Roman"/>
                <w:szCs w:val="24"/>
              </w:rPr>
              <w:t>Наименование на строителн</w:t>
            </w:r>
            <w:r w:rsidR="00FC37D4">
              <w:rPr>
                <w:rFonts w:cs="Times New Roman"/>
                <w:szCs w:val="24"/>
                <w:lang w:val="bg-BG"/>
              </w:rPr>
              <w:t>ата фирма</w:t>
            </w:r>
          </w:p>
        </w:tc>
        <w:tc>
          <w:tcPr>
            <w:tcW w:w="4320" w:type="dxa"/>
          </w:tcPr>
          <w:p w14:paraId="5F721C36" w14:textId="77777777" w:rsidR="002B01B1" w:rsidRPr="00582609" w:rsidRDefault="002B01B1">
            <w:pPr>
              <w:rPr>
                <w:rFonts w:cs="Times New Roman"/>
                <w:szCs w:val="24"/>
              </w:rPr>
            </w:pPr>
          </w:p>
        </w:tc>
      </w:tr>
      <w:tr w:rsidR="002B01B1" w:rsidRPr="00582609" w14:paraId="424358FD" w14:textId="77777777">
        <w:tc>
          <w:tcPr>
            <w:tcW w:w="4320" w:type="dxa"/>
          </w:tcPr>
          <w:p w14:paraId="246CF904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ЕИК</w:t>
            </w:r>
          </w:p>
        </w:tc>
        <w:tc>
          <w:tcPr>
            <w:tcW w:w="4320" w:type="dxa"/>
          </w:tcPr>
          <w:p w14:paraId="0399E719" w14:textId="77777777" w:rsidR="002B01B1" w:rsidRPr="00582609" w:rsidRDefault="002B01B1">
            <w:pPr>
              <w:rPr>
                <w:rFonts w:cs="Times New Roman"/>
                <w:szCs w:val="24"/>
              </w:rPr>
            </w:pPr>
          </w:p>
        </w:tc>
      </w:tr>
      <w:tr w:rsidR="002B01B1" w:rsidRPr="00582609" w14:paraId="4A43AB06" w14:textId="77777777">
        <w:tc>
          <w:tcPr>
            <w:tcW w:w="4320" w:type="dxa"/>
          </w:tcPr>
          <w:p w14:paraId="2CB9B083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Представлявано от</w:t>
            </w:r>
          </w:p>
        </w:tc>
        <w:tc>
          <w:tcPr>
            <w:tcW w:w="4320" w:type="dxa"/>
          </w:tcPr>
          <w:p w14:paraId="6AB559D2" w14:textId="77777777" w:rsidR="002B01B1" w:rsidRPr="00582609" w:rsidRDefault="002B01B1">
            <w:pPr>
              <w:rPr>
                <w:rFonts w:cs="Times New Roman"/>
                <w:szCs w:val="24"/>
              </w:rPr>
            </w:pPr>
          </w:p>
        </w:tc>
      </w:tr>
      <w:tr w:rsidR="002B01B1" w:rsidRPr="00582609" w14:paraId="1BC491CB" w14:textId="77777777">
        <w:tc>
          <w:tcPr>
            <w:tcW w:w="4320" w:type="dxa"/>
          </w:tcPr>
          <w:p w14:paraId="2104E7F0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Седалище и адрес на управление</w:t>
            </w:r>
          </w:p>
        </w:tc>
        <w:tc>
          <w:tcPr>
            <w:tcW w:w="4320" w:type="dxa"/>
          </w:tcPr>
          <w:p w14:paraId="5442A519" w14:textId="77777777" w:rsidR="002B01B1" w:rsidRPr="00582609" w:rsidRDefault="002B01B1">
            <w:pPr>
              <w:rPr>
                <w:rFonts w:cs="Times New Roman"/>
                <w:szCs w:val="24"/>
              </w:rPr>
            </w:pPr>
          </w:p>
        </w:tc>
      </w:tr>
      <w:tr w:rsidR="002B01B1" w:rsidRPr="00582609" w14:paraId="04953281" w14:textId="77777777">
        <w:tc>
          <w:tcPr>
            <w:tcW w:w="4320" w:type="dxa"/>
          </w:tcPr>
          <w:p w14:paraId="5F19C6D3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Телефон</w:t>
            </w:r>
          </w:p>
        </w:tc>
        <w:tc>
          <w:tcPr>
            <w:tcW w:w="4320" w:type="dxa"/>
          </w:tcPr>
          <w:p w14:paraId="7AED81B0" w14:textId="77777777" w:rsidR="002B01B1" w:rsidRPr="00582609" w:rsidRDefault="002B01B1">
            <w:pPr>
              <w:rPr>
                <w:rFonts w:cs="Times New Roman"/>
                <w:szCs w:val="24"/>
              </w:rPr>
            </w:pPr>
          </w:p>
        </w:tc>
      </w:tr>
      <w:tr w:rsidR="002B01B1" w:rsidRPr="00582609" w14:paraId="33797A67" w14:textId="77777777">
        <w:tc>
          <w:tcPr>
            <w:tcW w:w="4320" w:type="dxa"/>
          </w:tcPr>
          <w:p w14:paraId="6ABF3230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E-mail</w:t>
            </w:r>
          </w:p>
        </w:tc>
        <w:tc>
          <w:tcPr>
            <w:tcW w:w="4320" w:type="dxa"/>
          </w:tcPr>
          <w:p w14:paraId="43F54589" w14:textId="77777777" w:rsidR="002B01B1" w:rsidRPr="00582609" w:rsidRDefault="002B01B1">
            <w:pPr>
              <w:rPr>
                <w:rFonts w:cs="Times New Roman"/>
                <w:szCs w:val="24"/>
              </w:rPr>
            </w:pPr>
          </w:p>
        </w:tc>
      </w:tr>
      <w:tr w:rsidR="002B01B1" w:rsidRPr="00582609" w14:paraId="56AAEDBC" w14:textId="77777777">
        <w:tc>
          <w:tcPr>
            <w:tcW w:w="4320" w:type="dxa"/>
          </w:tcPr>
          <w:p w14:paraId="56598EE5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Лице за контакт</w:t>
            </w:r>
          </w:p>
        </w:tc>
        <w:tc>
          <w:tcPr>
            <w:tcW w:w="4320" w:type="dxa"/>
          </w:tcPr>
          <w:p w14:paraId="44CBB9FD" w14:textId="77777777" w:rsidR="002B01B1" w:rsidRPr="00582609" w:rsidRDefault="002B01B1">
            <w:pPr>
              <w:rPr>
                <w:rFonts w:cs="Times New Roman"/>
                <w:szCs w:val="24"/>
              </w:rPr>
            </w:pPr>
          </w:p>
        </w:tc>
      </w:tr>
    </w:tbl>
    <w:p w14:paraId="766F226E" w14:textId="77777777" w:rsidR="002B01B1" w:rsidRPr="00582609" w:rsidRDefault="00EC6407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582609">
        <w:rPr>
          <w:rFonts w:ascii="Times New Roman" w:hAnsi="Times New Roman" w:cs="Times New Roman"/>
          <w:sz w:val="24"/>
          <w:szCs w:val="24"/>
        </w:rPr>
        <w:t>II. КАТЕГОРИЯ НА УЧАСТИЕ</w:t>
      </w:r>
    </w:p>
    <w:p w14:paraId="2088CDB3" w14:textId="3D7E37D1" w:rsidR="002B01B1" w:rsidRPr="00582609" w:rsidRDefault="00EC6407">
      <w:pPr>
        <w:rPr>
          <w:rFonts w:cs="Times New Roman"/>
          <w:szCs w:val="24"/>
        </w:rPr>
      </w:pPr>
      <w:r w:rsidRPr="00582609">
        <w:rPr>
          <w:rFonts w:ascii="Segoe UI Symbol" w:hAnsi="Segoe UI Symbol" w:cs="Segoe UI Symbol"/>
          <w:szCs w:val="24"/>
        </w:rPr>
        <w:t>☐</w:t>
      </w:r>
      <w:r w:rsidRPr="00582609">
        <w:rPr>
          <w:rFonts w:cs="Times New Roman"/>
          <w:szCs w:val="24"/>
        </w:rPr>
        <w:t xml:space="preserve"> Малк</w:t>
      </w:r>
      <w:r w:rsidR="00FC37D4">
        <w:rPr>
          <w:rFonts w:cs="Times New Roman"/>
          <w:szCs w:val="24"/>
          <w:lang w:val="bg-BG"/>
        </w:rPr>
        <w:t>а</w:t>
      </w:r>
      <w:r w:rsidR="00152A5E">
        <w:rPr>
          <w:rFonts w:cs="Times New Roman"/>
          <w:szCs w:val="24"/>
          <w:lang w:val="bg-BG"/>
        </w:rPr>
        <w:t xml:space="preserve"> строителна</w:t>
      </w:r>
      <w:r w:rsidR="00FC37D4">
        <w:rPr>
          <w:rFonts w:cs="Times New Roman"/>
          <w:szCs w:val="24"/>
          <w:lang w:val="bg-BG"/>
        </w:rPr>
        <w:t xml:space="preserve"> фирма</w:t>
      </w:r>
      <w:r w:rsidRPr="00582609">
        <w:rPr>
          <w:rFonts w:cs="Times New Roman"/>
          <w:szCs w:val="24"/>
        </w:rPr>
        <w:t xml:space="preserve"> (до 5 000 000 лв.)</w:t>
      </w:r>
      <w:r w:rsidRPr="00582609">
        <w:rPr>
          <w:rFonts w:cs="Times New Roman"/>
          <w:szCs w:val="24"/>
        </w:rPr>
        <w:br/>
      </w:r>
      <w:r w:rsidRPr="00582609">
        <w:rPr>
          <w:rFonts w:ascii="Segoe UI Symbol" w:hAnsi="Segoe UI Symbol" w:cs="Segoe UI Symbol"/>
          <w:szCs w:val="24"/>
        </w:rPr>
        <w:t>☐</w:t>
      </w:r>
      <w:r w:rsidRPr="00582609">
        <w:rPr>
          <w:rFonts w:cs="Times New Roman"/>
          <w:szCs w:val="24"/>
        </w:rPr>
        <w:t xml:space="preserve"> Средн</w:t>
      </w:r>
      <w:r w:rsidR="00FC37D4">
        <w:rPr>
          <w:rFonts w:cs="Times New Roman"/>
          <w:szCs w:val="24"/>
          <w:lang w:val="bg-BG"/>
        </w:rPr>
        <w:t xml:space="preserve">а </w:t>
      </w:r>
      <w:r w:rsidR="00152A5E">
        <w:rPr>
          <w:rFonts w:cs="Times New Roman"/>
          <w:szCs w:val="24"/>
          <w:lang w:val="bg-BG"/>
        </w:rPr>
        <w:t xml:space="preserve">строителна </w:t>
      </w:r>
      <w:r w:rsidR="00FC37D4">
        <w:rPr>
          <w:rFonts w:cs="Times New Roman"/>
          <w:szCs w:val="24"/>
          <w:lang w:val="bg-BG"/>
        </w:rPr>
        <w:t>фирма</w:t>
      </w:r>
      <w:r w:rsidRPr="00582609">
        <w:rPr>
          <w:rFonts w:cs="Times New Roman"/>
          <w:szCs w:val="24"/>
        </w:rPr>
        <w:t xml:space="preserve"> (над 5 000 000 до 20 000 000 лв.)</w:t>
      </w:r>
      <w:r w:rsidRPr="00582609">
        <w:rPr>
          <w:rFonts w:cs="Times New Roman"/>
          <w:szCs w:val="24"/>
        </w:rPr>
        <w:br/>
      </w:r>
      <w:r w:rsidRPr="00582609">
        <w:rPr>
          <w:rFonts w:ascii="Segoe UI Symbol" w:hAnsi="Segoe UI Symbol" w:cs="Segoe UI Symbol"/>
          <w:szCs w:val="24"/>
        </w:rPr>
        <w:t>☐</w:t>
      </w:r>
      <w:r w:rsidRPr="00582609">
        <w:rPr>
          <w:rFonts w:cs="Times New Roman"/>
          <w:szCs w:val="24"/>
        </w:rPr>
        <w:t xml:space="preserve"> Голям</w:t>
      </w:r>
      <w:r w:rsidR="00FC37D4">
        <w:rPr>
          <w:rFonts w:cs="Times New Roman"/>
          <w:szCs w:val="24"/>
          <w:lang w:val="bg-BG"/>
        </w:rPr>
        <w:t xml:space="preserve">а </w:t>
      </w:r>
      <w:r w:rsidR="00152A5E">
        <w:rPr>
          <w:rFonts w:cs="Times New Roman"/>
          <w:szCs w:val="24"/>
          <w:lang w:val="bg-BG"/>
        </w:rPr>
        <w:t xml:space="preserve">строителна </w:t>
      </w:r>
      <w:r w:rsidR="00FC37D4">
        <w:rPr>
          <w:rFonts w:cs="Times New Roman"/>
          <w:szCs w:val="24"/>
          <w:lang w:val="bg-BG"/>
        </w:rPr>
        <w:t>фирма</w:t>
      </w:r>
      <w:r w:rsidRPr="00582609">
        <w:rPr>
          <w:rFonts w:cs="Times New Roman"/>
          <w:szCs w:val="24"/>
        </w:rPr>
        <w:t xml:space="preserve"> (над 20 000 000 до 50 000 000 лв.)</w:t>
      </w:r>
      <w:r w:rsidRPr="00582609">
        <w:rPr>
          <w:rFonts w:cs="Times New Roman"/>
          <w:szCs w:val="24"/>
        </w:rPr>
        <w:br/>
      </w:r>
      <w:r w:rsidRPr="00582609">
        <w:rPr>
          <w:rFonts w:ascii="Segoe UI Symbol" w:hAnsi="Segoe UI Symbol" w:cs="Segoe UI Symbol"/>
          <w:szCs w:val="24"/>
        </w:rPr>
        <w:t>☐</w:t>
      </w:r>
      <w:r w:rsidRPr="00582609">
        <w:rPr>
          <w:rFonts w:cs="Times New Roman"/>
          <w:szCs w:val="24"/>
        </w:rPr>
        <w:t xml:space="preserve"> Много голям</w:t>
      </w:r>
      <w:r w:rsidR="00FC37D4">
        <w:rPr>
          <w:rFonts w:cs="Times New Roman"/>
          <w:szCs w:val="24"/>
          <w:lang w:val="bg-BG"/>
        </w:rPr>
        <w:t xml:space="preserve">а </w:t>
      </w:r>
      <w:r w:rsidR="00152A5E">
        <w:rPr>
          <w:rFonts w:cs="Times New Roman"/>
          <w:szCs w:val="24"/>
          <w:lang w:val="bg-BG"/>
        </w:rPr>
        <w:t xml:space="preserve">строителна </w:t>
      </w:r>
      <w:r w:rsidR="00FC37D4">
        <w:rPr>
          <w:rFonts w:cs="Times New Roman"/>
          <w:szCs w:val="24"/>
          <w:lang w:val="bg-BG"/>
        </w:rPr>
        <w:t>фирма</w:t>
      </w:r>
      <w:r w:rsidRPr="00582609">
        <w:rPr>
          <w:rFonts w:cs="Times New Roman"/>
          <w:szCs w:val="24"/>
        </w:rPr>
        <w:t xml:space="preserve"> (над 50 000 000 лв.)</w:t>
      </w:r>
    </w:p>
    <w:p w14:paraId="3B4809B2" w14:textId="50FCE546" w:rsidR="002B01B1" w:rsidRPr="00B952D9" w:rsidRDefault="00EC6407">
      <w:pPr>
        <w:pStyle w:val="Heading2"/>
        <w:rPr>
          <w:rFonts w:ascii="Times New Roman" w:hAnsi="Times New Roman" w:cs="Times New Roman"/>
          <w:sz w:val="24"/>
          <w:szCs w:val="24"/>
          <w:lang w:val="bg-BG"/>
        </w:rPr>
      </w:pPr>
      <w:r w:rsidRPr="00582609">
        <w:rPr>
          <w:rFonts w:ascii="Times New Roman" w:hAnsi="Times New Roman" w:cs="Times New Roman"/>
          <w:sz w:val="24"/>
          <w:szCs w:val="24"/>
        </w:rPr>
        <w:t xml:space="preserve">III. </w:t>
      </w:r>
      <w:r w:rsidR="00B952D9">
        <w:rPr>
          <w:rFonts w:ascii="Times New Roman" w:hAnsi="Times New Roman" w:cs="Times New Roman"/>
          <w:sz w:val="24"/>
          <w:szCs w:val="24"/>
          <w:lang w:val="bg-BG"/>
        </w:rPr>
        <w:t>ЗАЯВЛЕНИЕ ЗА УЧАСТИЕ</w:t>
      </w:r>
    </w:p>
    <w:p w14:paraId="55A8B7F2" w14:textId="77777777" w:rsidR="002B01B1" w:rsidRPr="00582609" w:rsidRDefault="00EC6407">
      <w:pPr>
        <w:pStyle w:val="Heading3"/>
        <w:rPr>
          <w:rFonts w:ascii="Times New Roman" w:hAnsi="Times New Roman" w:cs="Times New Roman"/>
          <w:szCs w:val="24"/>
        </w:rPr>
      </w:pPr>
      <w:r w:rsidRPr="00582609">
        <w:rPr>
          <w:rFonts w:ascii="Times New Roman" w:hAnsi="Times New Roman" w:cs="Times New Roman"/>
          <w:szCs w:val="24"/>
        </w:rPr>
        <w:t>Стълб А – Икономика и растеж (15 т.)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2B01B1" w:rsidRPr="00582609" w14:paraId="7FA7C6B4" w14:textId="77777777">
        <w:tc>
          <w:tcPr>
            <w:tcW w:w="2880" w:type="dxa"/>
          </w:tcPr>
          <w:p w14:paraId="44A5A74A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Код</w:t>
            </w:r>
          </w:p>
        </w:tc>
        <w:tc>
          <w:tcPr>
            <w:tcW w:w="2880" w:type="dxa"/>
          </w:tcPr>
          <w:p w14:paraId="220F9CB3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Данни, попълвани от кандидата</w:t>
            </w:r>
          </w:p>
        </w:tc>
        <w:tc>
          <w:tcPr>
            <w:tcW w:w="2880" w:type="dxa"/>
          </w:tcPr>
          <w:p w14:paraId="4BFB3832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Попълва Комисията</w:t>
            </w:r>
          </w:p>
        </w:tc>
      </w:tr>
      <w:tr w:rsidR="002B01B1" w:rsidRPr="00582609" w14:paraId="2F50B936" w14:textId="77777777">
        <w:tc>
          <w:tcPr>
            <w:tcW w:w="2880" w:type="dxa"/>
          </w:tcPr>
          <w:p w14:paraId="627EE0D9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А1</w:t>
            </w:r>
          </w:p>
        </w:tc>
        <w:tc>
          <w:tcPr>
            <w:tcW w:w="2880" w:type="dxa"/>
          </w:tcPr>
          <w:p w14:paraId="47E9A5F6" w14:textId="77777777" w:rsidR="008C5AE2" w:rsidRDefault="00EC6407">
            <w:r>
              <w:rPr>
                <w:rFonts w:ascii="Arial" w:hAnsi="Arial"/>
                <w:sz w:val="20"/>
              </w:rPr>
              <w:t>Нетни приходи от продажби за 2024 г.: __________ лв.</w:t>
            </w:r>
            <w:r>
              <w:rPr>
                <w:rFonts w:ascii="Arial" w:hAnsi="Arial"/>
                <w:sz w:val="20"/>
              </w:rPr>
              <w:br/>
              <w:t>Нетни приходи от продажби за 2025 г.: __________ лв.</w:t>
            </w:r>
            <w:r>
              <w:rPr>
                <w:rFonts w:ascii="Arial" w:hAnsi="Arial"/>
                <w:sz w:val="20"/>
              </w:rPr>
              <w:br/>
              <w:t>Ръст на нетните приходи за 2025 г. спрямо 2024 г.: __________ %</w:t>
            </w:r>
          </w:p>
        </w:tc>
        <w:tc>
          <w:tcPr>
            <w:tcW w:w="2880" w:type="dxa"/>
          </w:tcPr>
          <w:p w14:paraId="6990B76A" w14:textId="77777777" w:rsidR="008C5AE2" w:rsidRDefault="00EC6407">
            <w:r>
              <w:rPr>
                <w:rFonts w:ascii="Arial" w:hAnsi="Arial"/>
                <w:sz w:val="20"/>
              </w:rPr>
              <w:t>Пазарен темп по данни на НСИ: ______ %</w:t>
            </w:r>
            <w:r>
              <w:rPr>
                <w:rFonts w:ascii="Arial" w:hAnsi="Arial"/>
                <w:sz w:val="20"/>
              </w:rPr>
              <w:br/>
              <w:t>Ръст над пазарния темп: ______ п.п.</w:t>
            </w:r>
            <w:r>
              <w:rPr>
                <w:rFonts w:ascii="Arial" w:hAnsi="Arial"/>
                <w:sz w:val="20"/>
              </w:rPr>
              <w:br/>
              <w:t>Точки: ______ / 15</w:t>
            </w:r>
          </w:p>
        </w:tc>
      </w:tr>
    </w:tbl>
    <w:p w14:paraId="46DE22C9" w14:textId="77777777" w:rsidR="002B01B1" w:rsidRPr="00582609" w:rsidRDefault="00EC6407">
      <w:pPr>
        <w:pStyle w:val="Heading3"/>
        <w:rPr>
          <w:rFonts w:ascii="Times New Roman" w:hAnsi="Times New Roman" w:cs="Times New Roman"/>
          <w:szCs w:val="24"/>
        </w:rPr>
      </w:pPr>
      <w:r w:rsidRPr="00582609">
        <w:rPr>
          <w:rFonts w:ascii="Times New Roman" w:hAnsi="Times New Roman" w:cs="Times New Roman"/>
          <w:szCs w:val="24"/>
        </w:rPr>
        <w:t>Стълб Б – Качество и клиенти (25 т.)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0"/>
        <w:gridCol w:w="5496"/>
        <w:gridCol w:w="1814"/>
      </w:tblGrid>
      <w:tr w:rsidR="002B01B1" w:rsidRPr="00582609" w14:paraId="19818E24" w14:textId="77777777">
        <w:tc>
          <w:tcPr>
            <w:tcW w:w="2880" w:type="dxa"/>
          </w:tcPr>
          <w:p w14:paraId="52E94E83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Код</w:t>
            </w:r>
          </w:p>
        </w:tc>
        <w:tc>
          <w:tcPr>
            <w:tcW w:w="2880" w:type="dxa"/>
          </w:tcPr>
          <w:p w14:paraId="5B75DB18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Данни, попълвани от кандидата</w:t>
            </w:r>
          </w:p>
        </w:tc>
        <w:tc>
          <w:tcPr>
            <w:tcW w:w="2880" w:type="dxa"/>
          </w:tcPr>
          <w:p w14:paraId="536309F3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Попълва Комисията</w:t>
            </w:r>
          </w:p>
        </w:tc>
      </w:tr>
      <w:tr w:rsidR="002B01B1" w:rsidRPr="00582609" w14:paraId="5018AFE9" w14:textId="77777777">
        <w:tc>
          <w:tcPr>
            <w:tcW w:w="2880" w:type="dxa"/>
          </w:tcPr>
          <w:p w14:paraId="1A36ACE8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Б1</w:t>
            </w:r>
          </w:p>
        </w:tc>
        <w:tc>
          <w:tcPr>
            <w:tcW w:w="2880" w:type="dxa"/>
          </w:tcPr>
          <w:p w14:paraId="013CE2F6" w14:textId="1A9C8FAA" w:rsidR="002B01B1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Брой строежи (или етапи), въведени в експлоатация с Акт 1</w:t>
            </w:r>
            <w:r w:rsidR="009615AD">
              <w:rPr>
                <w:rFonts w:cs="Times New Roman"/>
                <w:szCs w:val="24"/>
                <w:lang w:val="bg-BG"/>
              </w:rPr>
              <w:t>6</w:t>
            </w:r>
            <w:r w:rsidRPr="00582609">
              <w:rPr>
                <w:rFonts w:cs="Times New Roman"/>
                <w:szCs w:val="24"/>
              </w:rPr>
              <w:t xml:space="preserve"> през 2025 г.: ______</w:t>
            </w:r>
          </w:p>
          <w:p w14:paraId="3E94121A" w14:textId="77777777" w:rsidR="008C1A90" w:rsidRPr="00582609" w:rsidRDefault="008C1A90">
            <w:pPr>
              <w:rPr>
                <w:rFonts w:cs="Times New Roman"/>
                <w:szCs w:val="24"/>
              </w:rPr>
            </w:pPr>
          </w:p>
        </w:tc>
        <w:tc>
          <w:tcPr>
            <w:tcW w:w="2880" w:type="dxa"/>
          </w:tcPr>
          <w:p w14:paraId="6FD950AC" w14:textId="77777777" w:rsidR="008C5AE2" w:rsidRDefault="00EC6407">
            <w:r>
              <w:rPr>
                <w:rFonts w:ascii="Arial" w:hAnsi="Arial"/>
                <w:sz w:val="20"/>
              </w:rPr>
              <w:t>Точки: ______ / 10</w:t>
            </w:r>
          </w:p>
        </w:tc>
      </w:tr>
      <w:tr w:rsidR="002B01B1" w:rsidRPr="00582609" w14:paraId="71F174BE" w14:textId="77777777">
        <w:tc>
          <w:tcPr>
            <w:tcW w:w="2880" w:type="dxa"/>
          </w:tcPr>
          <w:p w14:paraId="5E217082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Б2</w:t>
            </w:r>
          </w:p>
        </w:tc>
        <w:tc>
          <w:tcPr>
            <w:tcW w:w="2880" w:type="dxa"/>
          </w:tcPr>
          <w:p w14:paraId="43E61686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Информация относно рекламации, гаранционни ремонти и положителни референции:</w:t>
            </w:r>
            <w:r w:rsidRPr="00582609">
              <w:rPr>
                <w:rFonts w:cs="Times New Roman"/>
                <w:szCs w:val="24"/>
              </w:rPr>
              <w:br/>
            </w:r>
            <w:r w:rsidRPr="00582609">
              <w:rPr>
                <w:rFonts w:cs="Times New Roman"/>
                <w:szCs w:val="24"/>
              </w:rPr>
              <w:br/>
              <w:t>____________________________________________</w:t>
            </w:r>
          </w:p>
        </w:tc>
        <w:tc>
          <w:tcPr>
            <w:tcW w:w="2880" w:type="dxa"/>
          </w:tcPr>
          <w:p w14:paraId="7EF8B74A" w14:textId="77777777" w:rsidR="008C5AE2" w:rsidRDefault="00EC6407">
            <w:r>
              <w:rPr>
                <w:rFonts w:ascii="Arial" w:hAnsi="Arial"/>
                <w:sz w:val="20"/>
              </w:rPr>
              <w:t>Точки: ______ / 8</w:t>
            </w:r>
          </w:p>
        </w:tc>
      </w:tr>
      <w:tr w:rsidR="002B01B1" w:rsidRPr="00582609" w14:paraId="59FE4530" w14:textId="77777777">
        <w:tc>
          <w:tcPr>
            <w:tcW w:w="2880" w:type="dxa"/>
          </w:tcPr>
          <w:p w14:paraId="57189C53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lastRenderedPageBreak/>
              <w:t>Б3</w:t>
            </w:r>
          </w:p>
        </w:tc>
        <w:tc>
          <w:tcPr>
            <w:tcW w:w="2880" w:type="dxa"/>
          </w:tcPr>
          <w:p w14:paraId="269C85CC" w14:textId="77777777" w:rsidR="008C5AE2" w:rsidRDefault="00EC6407">
            <w:r>
              <w:rPr>
                <w:rFonts w:ascii="Arial" w:hAnsi="Arial"/>
                <w:sz w:val="20"/>
              </w:rPr>
              <w:t>☐ ISO 9001</w:t>
            </w:r>
            <w:r>
              <w:rPr>
                <w:rFonts w:ascii="Arial" w:hAnsi="Arial"/>
                <w:sz w:val="20"/>
              </w:rPr>
              <w:br/>
              <w:t>☐ ISO 45001</w:t>
            </w:r>
            <w:r>
              <w:rPr>
                <w:rFonts w:ascii="Arial" w:hAnsi="Arial"/>
                <w:sz w:val="20"/>
              </w:rPr>
              <w:br/>
              <w:t>☐ Интегрирана система за управление (ИСУ)</w:t>
            </w:r>
            <w:r>
              <w:rPr>
                <w:rFonts w:ascii="Arial" w:hAnsi="Arial"/>
                <w:sz w:val="20"/>
              </w:rPr>
              <w:br/>
              <w:t>Приложете валиден сертификат/доказателство.</w:t>
            </w:r>
          </w:p>
        </w:tc>
        <w:tc>
          <w:tcPr>
            <w:tcW w:w="2880" w:type="dxa"/>
          </w:tcPr>
          <w:p w14:paraId="5DC5BCF2" w14:textId="77777777" w:rsidR="008C5AE2" w:rsidRDefault="00EC6407">
            <w:r>
              <w:rPr>
                <w:rFonts w:ascii="Arial" w:hAnsi="Arial"/>
                <w:sz w:val="20"/>
              </w:rPr>
              <w:t>Присъжда се най-високата приложима оценка; точките не се натрупват.</w:t>
            </w:r>
            <w:r>
              <w:rPr>
                <w:rFonts w:ascii="Arial" w:hAnsi="Arial"/>
                <w:sz w:val="20"/>
              </w:rPr>
              <w:br/>
              <w:t>Точки: ______ / 7</w:t>
            </w:r>
          </w:p>
        </w:tc>
      </w:tr>
    </w:tbl>
    <w:p w14:paraId="0AB138D4" w14:textId="77777777" w:rsidR="002B01B1" w:rsidRPr="00582609" w:rsidRDefault="00EC6407">
      <w:pPr>
        <w:pStyle w:val="Heading3"/>
        <w:rPr>
          <w:rFonts w:ascii="Times New Roman" w:hAnsi="Times New Roman" w:cs="Times New Roman"/>
          <w:szCs w:val="24"/>
        </w:rPr>
      </w:pPr>
      <w:r w:rsidRPr="00582609">
        <w:rPr>
          <w:rFonts w:ascii="Times New Roman" w:hAnsi="Times New Roman" w:cs="Times New Roman"/>
          <w:szCs w:val="24"/>
        </w:rPr>
        <w:t>Стълб В – Безопасност и хора (21 т.)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1"/>
        <w:gridCol w:w="3553"/>
        <w:gridCol w:w="2616"/>
      </w:tblGrid>
      <w:tr w:rsidR="002B01B1" w:rsidRPr="00582609" w14:paraId="4F0D7D40" w14:textId="77777777" w:rsidTr="00BC57B8">
        <w:tc>
          <w:tcPr>
            <w:tcW w:w="2876" w:type="dxa"/>
          </w:tcPr>
          <w:p w14:paraId="4BDDD031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Код</w:t>
            </w:r>
          </w:p>
        </w:tc>
        <w:tc>
          <w:tcPr>
            <w:tcW w:w="2877" w:type="dxa"/>
          </w:tcPr>
          <w:p w14:paraId="1788C3F7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Данни, попълвани от кандидата</w:t>
            </w:r>
          </w:p>
        </w:tc>
        <w:tc>
          <w:tcPr>
            <w:tcW w:w="2877" w:type="dxa"/>
          </w:tcPr>
          <w:p w14:paraId="74D29E3D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Попълва Комисията</w:t>
            </w:r>
          </w:p>
        </w:tc>
      </w:tr>
      <w:tr w:rsidR="002B01B1" w:rsidRPr="00582609" w14:paraId="473A760D" w14:textId="77777777" w:rsidTr="00BC57B8">
        <w:tc>
          <w:tcPr>
            <w:tcW w:w="2876" w:type="dxa"/>
          </w:tcPr>
          <w:p w14:paraId="538ADA17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В1</w:t>
            </w:r>
          </w:p>
        </w:tc>
        <w:tc>
          <w:tcPr>
            <w:tcW w:w="2877" w:type="dxa"/>
          </w:tcPr>
          <w:p w14:paraId="05EE87F4" w14:textId="77777777" w:rsidR="008C5AE2" w:rsidRDefault="00EC6407">
            <w:r>
              <w:rPr>
                <w:rFonts w:ascii="Arial" w:hAnsi="Arial"/>
                <w:sz w:val="20"/>
              </w:rPr>
              <w:t>Трудови злополуки през 2025 г.:</w:t>
            </w:r>
            <w:r>
              <w:rPr>
                <w:rFonts w:ascii="Arial" w:hAnsi="Arial"/>
                <w:sz w:val="20"/>
              </w:rPr>
              <w:br/>
              <w:t>☐ Няма трудови злополуки</w:t>
            </w:r>
            <w:r>
              <w:rPr>
                <w:rFonts w:ascii="Arial" w:hAnsi="Arial"/>
                <w:sz w:val="20"/>
              </w:rPr>
              <w:br/>
              <w:t>☐ Има злополука/и с временна неработоспособност – брой: ____</w:t>
            </w:r>
            <w:r>
              <w:rPr>
                <w:rFonts w:ascii="Arial" w:hAnsi="Arial"/>
                <w:sz w:val="20"/>
              </w:rPr>
              <w:br/>
              <w:t>☐ Има летален трудов инцидент – брой: ____</w:t>
            </w:r>
          </w:p>
        </w:tc>
        <w:tc>
          <w:tcPr>
            <w:tcW w:w="2877" w:type="dxa"/>
          </w:tcPr>
          <w:p w14:paraId="2AE24EAB" w14:textId="77777777" w:rsidR="008C5AE2" w:rsidRDefault="00EC6407">
            <w:r>
              <w:rPr>
                <w:rFonts w:ascii="Arial" w:hAnsi="Arial"/>
                <w:sz w:val="20"/>
              </w:rPr>
              <w:t>Точки: ______ / 8</w:t>
            </w:r>
          </w:p>
        </w:tc>
      </w:tr>
      <w:tr w:rsidR="002B01B1" w:rsidRPr="00582609" w14:paraId="48212A4B" w14:textId="77777777" w:rsidTr="00BC57B8">
        <w:tc>
          <w:tcPr>
            <w:tcW w:w="2876" w:type="dxa"/>
          </w:tcPr>
          <w:p w14:paraId="28CF9C7A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В2</w:t>
            </w:r>
          </w:p>
        </w:tc>
        <w:tc>
          <w:tcPr>
            <w:tcW w:w="2877" w:type="dxa"/>
          </w:tcPr>
          <w:p w14:paraId="20AB59DC" w14:textId="77777777" w:rsidR="002B01B1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Среден трудов стаж на персонала: ______ години</w:t>
            </w:r>
          </w:p>
          <w:p w14:paraId="3FB2C04C" w14:textId="77777777" w:rsidR="008C1A90" w:rsidRPr="00582609" w:rsidRDefault="008C1A90">
            <w:pPr>
              <w:rPr>
                <w:rFonts w:cs="Times New Roman"/>
                <w:szCs w:val="24"/>
              </w:rPr>
            </w:pPr>
          </w:p>
        </w:tc>
        <w:tc>
          <w:tcPr>
            <w:tcW w:w="2877" w:type="dxa"/>
          </w:tcPr>
          <w:p w14:paraId="46F0C459" w14:textId="77777777" w:rsidR="008C5AE2" w:rsidRDefault="00EC6407">
            <w:r>
              <w:rPr>
                <w:rFonts w:ascii="Arial" w:hAnsi="Arial"/>
                <w:sz w:val="20"/>
              </w:rPr>
              <w:t>Точки: ______ / 5</w:t>
            </w:r>
          </w:p>
        </w:tc>
      </w:tr>
      <w:tr w:rsidR="002B01B1" w:rsidRPr="00582609" w14:paraId="01189DC1" w14:textId="77777777" w:rsidTr="00BC57B8">
        <w:tc>
          <w:tcPr>
            <w:tcW w:w="2876" w:type="dxa"/>
          </w:tcPr>
          <w:p w14:paraId="3B6054E4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В3</w:t>
            </w:r>
          </w:p>
        </w:tc>
        <w:tc>
          <w:tcPr>
            <w:tcW w:w="2877" w:type="dxa"/>
          </w:tcPr>
          <w:p w14:paraId="1DA95616" w14:textId="14D2CE42" w:rsidR="008C5AE2" w:rsidRDefault="00EC6407">
            <w:r>
              <w:rPr>
                <w:rFonts w:ascii="Arial" w:hAnsi="Arial"/>
                <w:sz w:val="20"/>
              </w:rPr>
              <w:t>Средна брутна месечна работна заплата за 2025 г.: ______ лв.</w:t>
            </w:r>
          </w:p>
        </w:tc>
        <w:tc>
          <w:tcPr>
            <w:tcW w:w="2877" w:type="dxa"/>
          </w:tcPr>
          <w:p w14:paraId="045855F9" w14:textId="77777777" w:rsidR="008C5AE2" w:rsidRDefault="00EC6407">
            <w:r>
              <w:rPr>
                <w:rFonts w:ascii="Arial" w:hAnsi="Arial"/>
                <w:sz w:val="20"/>
              </w:rPr>
              <w:t>Средна за строителния сектор: ______ лв.</w:t>
            </w:r>
            <w:r>
              <w:rPr>
                <w:rFonts w:ascii="Arial" w:hAnsi="Arial"/>
                <w:sz w:val="20"/>
              </w:rPr>
              <w:br/>
              <w:t>Превишение: ______ %</w:t>
            </w:r>
            <w:r>
              <w:rPr>
                <w:rFonts w:ascii="Arial" w:hAnsi="Arial"/>
                <w:sz w:val="20"/>
              </w:rPr>
              <w:br/>
              <w:t>Точки: ______ / 4</w:t>
            </w:r>
          </w:p>
        </w:tc>
      </w:tr>
      <w:tr w:rsidR="00BC57B8" w:rsidRPr="00582609" w14:paraId="7F50E6BF" w14:textId="77777777" w:rsidTr="00BC57B8">
        <w:tc>
          <w:tcPr>
            <w:tcW w:w="2876" w:type="dxa"/>
          </w:tcPr>
          <w:p w14:paraId="4BE6EBFA" w14:textId="77777777" w:rsidR="008C5AE2" w:rsidRDefault="00EC6407">
            <w:r>
              <w:rPr>
                <w:rFonts w:ascii="Arial" w:hAnsi="Arial"/>
                <w:sz w:val="20"/>
              </w:rPr>
              <w:t>В4</w:t>
            </w:r>
          </w:p>
        </w:tc>
        <w:tc>
          <w:tcPr>
            <w:tcW w:w="2877" w:type="dxa"/>
          </w:tcPr>
          <w:p w14:paraId="74F7AA56" w14:textId="77777777" w:rsidR="008C5AE2" w:rsidRDefault="00EC6407">
            <w:r>
              <w:rPr>
                <w:rFonts w:ascii="Arial" w:hAnsi="Arial"/>
                <w:sz w:val="20"/>
              </w:rPr>
              <w:t>Стажанти, стажантски програми и дуално обучение през 2025 г.:</w:t>
            </w:r>
            <w:r>
              <w:rPr>
                <w:rFonts w:ascii="Arial" w:hAnsi="Arial"/>
                <w:sz w:val="20"/>
              </w:rPr>
              <w:br/>
              <w:t>☐ Да   ☐ Не</w:t>
            </w:r>
            <w:r>
              <w:rPr>
                <w:rFonts w:ascii="Arial" w:hAnsi="Arial"/>
                <w:sz w:val="20"/>
              </w:rPr>
              <w:br/>
              <w:t>Кратко описание: ______________________________</w:t>
            </w:r>
            <w:r>
              <w:rPr>
                <w:rFonts w:ascii="Arial" w:hAnsi="Arial"/>
                <w:sz w:val="20"/>
              </w:rPr>
              <w:br/>
              <w:t>Приложете договор, споразумение или друг удостоверяващ документ.</w:t>
            </w:r>
          </w:p>
        </w:tc>
        <w:tc>
          <w:tcPr>
            <w:tcW w:w="2877" w:type="dxa"/>
          </w:tcPr>
          <w:p w14:paraId="5C4EA13F" w14:textId="77777777" w:rsidR="008C5AE2" w:rsidRDefault="00EC6407">
            <w:r>
              <w:rPr>
                <w:rFonts w:ascii="Arial" w:hAnsi="Arial"/>
                <w:sz w:val="20"/>
              </w:rPr>
              <w:t>Точки: ______ / 4</w:t>
            </w:r>
          </w:p>
        </w:tc>
      </w:tr>
    </w:tbl>
    <w:p w14:paraId="2868A6DE" w14:textId="7BD8F5B2" w:rsidR="002B01B1" w:rsidRPr="00582609" w:rsidRDefault="00EC6407">
      <w:pPr>
        <w:pStyle w:val="Heading3"/>
        <w:rPr>
          <w:rFonts w:ascii="Times New Roman" w:hAnsi="Times New Roman" w:cs="Times New Roman"/>
          <w:szCs w:val="24"/>
        </w:rPr>
      </w:pPr>
      <w:r w:rsidRPr="00582609">
        <w:rPr>
          <w:rFonts w:ascii="Times New Roman" w:hAnsi="Times New Roman" w:cs="Times New Roman"/>
          <w:szCs w:val="24"/>
        </w:rPr>
        <w:t xml:space="preserve">Стълб Г – Устойчивост и зелено </w:t>
      </w:r>
      <w:r w:rsidR="0077790E">
        <w:rPr>
          <w:rFonts w:ascii="Times New Roman" w:hAnsi="Times New Roman" w:cs="Times New Roman"/>
          <w:szCs w:val="24"/>
          <w:lang w:val="bg-BG"/>
        </w:rPr>
        <w:t>строителство</w:t>
      </w:r>
      <w:r w:rsidRPr="00582609">
        <w:rPr>
          <w:rFonts w:ascii="Times New Roman" w:hAnsi="Times New Roman" w:cs="Times New Roman"/>
          <w:szCs w:val="24"/>
        </w:rPr>
        <w:t>(17 т.)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6"/>
        <w:gridCol w:w="3096"/>
        <w:gridCol w:w="2788"/>
      </w:tblGrid>
      <w:tr w:rsidR="002B01B1" w:rsidRPr="00582609" w14:paraId="46BE67C5" w14:textId="77777777">
        <w:tc>
          <w:tcPr>
            <w:tcW w:w="2880" w:type="dxa"/>
          </w:tcPr>
          <w:p w14:paraId="51D65D81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Код</w:t>
            </w:r>
          </w:p>
        </w:tc>
        <w:tc>
          <w:tcPr>
            <w:tcW w:w="2880" w:type="dxa"/>
          </w:tcPr>
          <w:p w14:paraId="27CDEE73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Данни, попълвани от кандидата</w:t>
            </w:r>
          </w:p>
        </w:tc>
        <w:tc>
          <w:tcPr>
            <w:tcW w:w="2880" w:type="dxa"/>
          </w:tcPr>
          <w:p w14:paraId="22418600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Попълва Комисията</w:t>
            </w:r>
          </w:p>
        </w:tc>
      </w:tr>
      <w:tr w:rsidR="002B01B1" w:rsidRPr="00582609" w14:paraId="0400A44D" w14:textId="77777777">
        <w:tc>
          <w:tcPr>
            <w:tcW w:w="2880" w:type="dxa"/>
          </w:tcPr>
          <w:p w14:paraId="119FCC22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Г1</w:t>
            </w:r>
          </w:p>
        </w:tc>
        <w:tc>
          <w:tcPr>
            <w:tcW w:w="2880" w:type="dxa"/>
          </w:tcPr>
          <w:p w14:paraId="633B5ADC" w14:textId="77777777" w:rsidR="002B01B1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Зелено сертифицирани обекти / обекти в процес:</w:t>
            </w:r>
            <w:r w:rsidRPr="00582609">
              <w:rPr>
                <w:rFonts w:cs="Times New Roman"/>
                <w:szCs w:val="24"/>
              </w:rPr>
              <w:br/>
              <w:t>________________________</w:t>
            </w:r>
          </w:p>
          <w:p w14:paraId="3A66E67B" w14:textId="77777777" w:rsidR="008C1A90" w:rsidRPr="00582609" w:rsidRDefault="008C1A90">
            <w:pPr>
              <w:rPr>
                <w:rFonts w:cs="Times New Roman"/>
                <w:szCs w:val="24"/>
              </w:rPr>
            </w:pPr>
          </w:p>
        </w:tc>
        <w:tc>
          <w:tcPr>
            <w:tcW w:w="2880" w:type="dxa"/>
          </w:tcPr>
          <w:p w14:paraId="4F8CDF67" w14:textId="77777777" w:rsidR="008C5AE2" w:rsidRDefault="00EC6407">
            <w:r>
              <w:rPr>
                <w:rFonts w:ascii="Arial" w:hAnsi="Arial"/>
                <w:sz w:val="20"/>
              </w:rPr>
              <w:t>Точки: ______ / 7</w:t>
            </w:r>
          </w:p>
        </w:tc>
      </w:tr>
      <w:tr w:rsidR="002B01B1" w:rsidRPr="00582609" w14:paraId="35EA692C" w14:textId="77777777">
        <w:tc>
          <w:tcPr>
            <w:tcW w:w="2880" w:type="dxa"/>
          </w:tcPr>
          <w:p w14:paraId="27ABBF18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Г2</w:t>
            </w:r>
          </w:p>
        </w:tc>
        <w:tc>
          <w:tcPr>
            <w:tcW w:w="2880" w:type="dxa"/>
          </w:tcPr>
          <w:p w14:paraId="2E59F281" w14:textId="77777777" w:rsidR="002B01B1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Обекти с клас на енергийна ефективност А или Б:</w:t>
            </w:r>
            <w:r w:rsidRPr="00582609">
              <w:rPr>
                <w:rFonts w:cs="Times New Roman"/>
                <w:szCs w:val="24"/>
              </w:rPr>
              <w:br/>
              <w:t>________________________</w:t>
            </w:r>
          </w:p>
          <w:p w14:paraId="02CEBA23" w14:textId="77777777" w:rsidR="008C1A90" w:rsidRPr="00582609" w:rsidRDefault="008C1A90">
            <w:pPr>
              <w:rPr>
                <w:rFonts w:cs="Times New Roman"/>
                <w:szCs w:val="24"/>
              </w:rPr>
            </w:pPr>
          </w:p>
        </w:tc>
        <w:tc>
          <w:tcPr>
            <w:tcW w:w="2880" w:type="dxa"/>
          </w:tcPr>
          <w:p w14:paraId="6A63535F" w14:textId="77777777" w:rsidR="008C5AE2" w:rsidRDefault="00EC6407">
            <w:r>
              <w:rPr>
                <w:rFonts w:ascii="Arial" w:hAnsi="Arial"/>
                <w:sz w:val="20"/>
              </w:rPr>
              <w:t>Точки: ______ / 4</w:t>
            </w:r>
          </w:p>
        </w:tc>
      </w:tr>
      <w:tr w:rsidR="002B01B1" w:rsidRPr="00582609" w14:paraId="63AE88ED" w14:textId="77777777">
        <w:tc>
          <w:tcPr>
            <w:tcW w:w="2880" w:type="dxa"/>
          </w:tcPr>
          <w:p w14:paraId="7CD18C2E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Г3</w:t>
            </w:r>
          </w:p>
        </w:tc>
        <w:tc>
          <w:tcPr>
            <w:tcW w:w="2880" w:type="dxa"/>
          </w:tcPr>
          <w:p w14:paraId="154C1635" w14:textId="77777777" w:rsidR="002B01B1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Изпълнени договори по FIDIC:</w:t>
            </w:r>
            <w:r w:rsidRPr="00582609">
              <w:rPr>
                <w:rFonts w:cs="Times New Roman"/>
                <w:szCs w:val="24"/>
              </w:rPr>
              <w:br/>
              <w:t>________________________</w:t>
            </w:r>
          </w:p>
          <w:p w14:paraId="0DFBC0B1" w14:textId="77777777" w:rsidR="008C1A90" w:rsidRPr="00582609" w:rsidRDefault="008C1A90">
            <w:pPr>
              <w:rPr>
                <w:rFonts w:cs="Times New Roman"/>
                <w:szCs w:val="24"/>
              </w:rPr>
            </w:pPr>
          </w:p>
        </w:tc>
        <w:tc>
          <w:tcPr>
            <w:tcW w:w="2880" w:type="dxa"/>
          </w:tcPr>
          <w:p w14:paraId="7F82655C" w14:textId="77777777" w:rsidR="008C5AE2" w:rsidRDefault="00EC6407">
            <w:r>
              <w:rPr>
                <w:rFonts w:ascii="Arial" w:hAnsi="Arial"/>
                <w:sz w:val="20"/>
              </w:rPr>
              <w:t>Точки: ______ / 4</w:t>
            </w:r>
          </w:p>
        </w:tc>
      </w:tr>
      <w:tr w:rsidR="002B01B1" w:rsidRPr="00582609" w14:paraId="567ABEA2" w14:textId="77777777">
        <w:tc>
          <w:tcPr>
            <w:tcW w:w="2880" w:type="dxa"/>
          </w:tcPr>
          <w:p w14:paraId="39C7DF90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Г4</w:t>
            </w:r>
          </w:p>
        </w:tc>
        <w:tc>
          <w:tcPr>
            <w:tcW w:w="2880" w:type="dxa"/>
          </w:tcPr>
          <w:p w14:paraId="4877724F" w14:textId="77777777" w:rsidR="008C5AE2" w:rsidRDefault="00EC6407">
            <w:r>
              <w:rPr>
                <w:rFonts w:ascii="Arial" w:hAnsi="Arial"/>
                <w:sz w:val="20"/>
              </w:rPr>
              <w:t>Документирана система за управление на строителните отпадъци:</w:t>
            </w:r>
            <w:r>
              <w:rPr>
                <w:rFonts w:ascii="Arial" w:hAnsi="Arial"/>
                <w:sz w:val="20"/>
              </w:rPr>
              <w:br/>
              <w:t>☐ Да   ☐ Не</w:t>
            </w:r>
            <w:r>
              <w:rPr>
                <w:rFonts w:ascii="Arial" w:hAnsi="Arial"/>
                <w:sz w:val="20"/>
              </w:rPr>
              <w:br/>
              <w:t xml:space="preserve">Приложете/посочете </w:t>
            </w:r>
            <w:r>
              <w:rPr>
                <w:rFonts w:ascii="Arial" w:hAnsi="Arial"/>
                <w:sz w:val="20"/>
              </w:rPr>
              <w:lastRenderedPageBreak/>
              <w:t>удостоверяващ документ: ________________________</w:t>
            </w:r>
          </w:p>
        </w:tc>
        <w:tc>
          <w:tcPr>
            <w:tcW w:w="2880" w:type="dxa"/>
          </w:tcPr>
          <w:p w14:paraId="29690C27" w14:textId="77777777" w:rsidR="008C5AE2" w:rsidRDefault="00EC6407">
            <w:r>
              <w:rPr>
                <w:rFonts w:ascii="Arial" w:hAnsi="Arial"/>
                <w:sz w:val="20"/>
              </w:rPr>
              <w:lastRenderedPageBreak/>
              <w:t>Точки: ______ / 2</w:t>
            </w:r>
          </w:p>
        </w:tc>
      </w:tr>
    </w:tbl>
    <w:p w14:paraId="3DF02FD5" w14:textId="77777777" w:rsidR="002B01B1" w:rsidRPr="00582609" w:rsidRDefault="00EC6407">
      <w:pPr>
        <w:pStyle w:val="Heading3"/>
        <w:rPr>
          <w:rFonts w:ascii="Times New Roman" w:hAnsi="Times New Roman" w:cs="Times New Roman"/>
          <w:szCs w:val="24"/>
        </w:rPr>
      </w:pPr>
      <w:r w:rsidRPr="00582609">
        <w:rPr>
          <w:rFonts w:ascii="Times New Roman" w:hAnsi="Times New Roman" w:cs="Times New Roman"/>
          <w:szCs w:val="24"/>
        </w:rPr>
        <w:t>Стълб Д – Иновации и дигитализация (12 т.)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9"/>
        <w:gridCol w:w="5111"/>
        <w:gridCol w:w="1970"/>
      </w:tblGrid>
      <w:tr w:rsidR="002B01B1" w:rsidRPr="00582609" w14:paraId="403BBF38" w14:textId="77777777">
        <w:tc>
          <w:tcPr>
            <w:tcW w:w="2880" w:type="dxa"/>
          </w:tcPr>
          <w:p w14:paraId="4267D632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Код</w:t>
            </w:r>
          </w:p>
        </w:tc>
        <w:tc>
          <w:tcPr>
            <w:tcW w:w="2880" w:type="dxa"/>
          </w:tcPr>
          <w:p w14:paraId="24911182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Данни, попълвани от кандидата</w:t>
            </w:r>
          </w:p>
        </w:tc>
        <w:tc>
          <w:tcPr>
            <w:tcW w:w="2880" w:type="dxa"/>
          </w:tcPr>
          <w:p w14:paraId="6C597DCB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Попълва Комисията</w:t>
            </w:r>
          </w:p>
        </w:tc>
      </w:tr>
      <w:tr w:rsidR="002B01B1" w:rsidRPr="00582609" w14:paraId="04D34548" w14:textId="77777777">
        <w:tc>
          <w:tcPr>
            <w:tcW w:w="2880" w:type="dxa"/>
          </w:tcPr>
          <w:p w14:paraId="4F23A587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Д1</w:t>
            </w:r>
          </w:p>
        </w:tc>
        <w:tc>
          <w:tcPr>
            <w:tcW w:w="2880" w:type="dxa"/>
          </w:tcPr>
          <w:p w14:paraId="3E040AA3" w14:textId="77777777" w:rsidR="008C5AE2" w:rsidRDefault="00EC6407">
            <w:r>
              <w:rPr>
                <w:rFonts w:ascii="Arial" w:hAnsi="Arial"/>
                <w:sz w:val="20"/>
              </w:rPr>
              <w:t>Описание на внедрените BIM, ERP, софтуер, дигитален контрол, дронове, IoT, нови технологии и материали, приложени през 2025 г.:</w:t>
            </w:r>
            <w:r>
              <w:rPr>
                <w:rFonts w:ascii="Arial" w:hAnsi="Arial"/>
                <w:sz w:val="20"/>
              </w:rPr>
              <w:br/>
              <w:t>____________________________________________</w:t>
            </w:r>
            <w:r>
              <w:rPr>
                <w:rFonts w:ascii="Arial" w:hAnsi="Arial"/>
                <w:sz w:val="20"/>
              </w:rPr>
              <w:br/>
              <w:t>Посочете/приложете доказателства за практическото приложение.</w:t>
            </w:r>
          </w:p>
        </w:tc>
        <w:tc>
          <w:tcPr>
            <w:tcW w:w="2880" w:type="dxa"/>
          </w:tcPr>
          <w:p w14:paraId="3C18DA38" w14:textId="77777777" w:rsidR="008C5AE2" w:rsidRDefault="00EC6407">
            <w:r>
              <w:rPr>
                <w:rFonts w:ascii="Arial" w:hAnsi="Arial"/>
                <w:sz w:val="20"/>
              </w:rPr>
              <w:t>Оценка: ☐ 12 т.  ☐ 9 т.  ☐ 5 т.  ☐ 0 т.</w:t>
            </w:r>
            <w:r>
              <w:rPr>
                <w:rFonts w:ascii="Arial" w:hAnsi="Arial"/>
                <w:sz w:val="20"/>
              </w:rPr>
              <w:br/>
              <w:t>Точки: ______ / 12</w:t>
            </w:r>
          </w:p>
        </w:tc>
      </w:tr>
    </w:tbl>
    <w:p w14:paraId="38159A9F" w14:textId="77777777" w:rsidR="002B01B1" w:rsidRPr="00582609" w:rsidRDefault="00EC6407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582609">
        <w:rPr>
          <w:rFonts w:ascii="Times New Roman" w:hAnsi="Times New Roman" w:cs="Times New Roman"/>
          <w:sz w:val="24"/>
          <w:szCs w:val="24"/>
        </w:rPr>
        <w:t>IV. ОБОБЩЕНА ОЦЕНКА (Попълва се от Комисията)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2B01B1" w:rsidRPr="00582609" w14:paraId="10178A00" w14:textId="77777777">
        <w:tc>
          <w:tcPr>
            <w:tcW w:w="2880" w:type="dxa"/>
          </w:tcPr>
          <w:p w14:paraId="2FD999D5" w14:textId="6C103DC4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Стълб</w:t>
            </w:r>
          </w:p>
        </w:tc>
        <w:tc>
          <w:tcPr>
            <w:tcW w:w="2880" w:type="dxa"/>
          </w:tcPr>
          <w:p w14:paraId="49EF5293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Максимум</w:t>
            </w:r>
          </w:p>
        </w:tc>
        <w:tc>
          <w:tcPr>
            <w:tcW w:w="2880" w:type="dxa"/>
          </w:tcPr>
          <w:p w14:paraId="7D3FB534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Получени точки</w:t>
            </w:r>
          </w:p>
        </w:tc>
      </w:tr>
      <w:tr w:rsidR="002B01B1" w:rsidRPr="00582609" w14:paraId="55A5D7E7" w14:textId="77777777">
        <w:tc>
          <w:tcPr>
            <w:tcW w:w="2880" w:type="dxa"/>
          </w:tcPr>
          <w:p w14:paraId="7215CA15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А</w:t>
            </w:r>
          </w:p>
        </w:tc>
        <w:tc>
          <w:tcPr>
            <w:tcW w:w="2880" w:type="dxa"/>
          </w:tcPr>
          <w:p w14:paraId="48F68EA6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15</w:t>
            </w:r>
          </w:p>
        </w:tc>
        <w:tc>
          <w:tcPr>
            <w:tcW w:w="2880" w:type="dxa"/>
          </w:tcPr>
          <w:p w14:paraId="35CB5C6F" w14:textId="77777777" w:rsidR="002B01B1" w:rsidRPr="00582609" w:rsidRDefault="002B01B1">
            <w:pPr>
              <w:rPr>
                <w:rFonts w:cs="Times New Roman"/>
                <w:szCs w:val="24"/>
              </w:rPr>
            </w:pPr>
          </w:p>
        </w:tc>
      </w:tr>
      <w:tr w:rsidR="002B01B1" w:rsidRPr="00582609" w14:paraId="39192FEA" w14:textId="77777777">
        <w:tc>
          <w:tcPr>
            <w:tcW w:w="2880" w:type="dxa"/>
          </w:tcPr>
          <w:p w14:paraId="5658A0FE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Б</w:t>
            </w:r>
          </w:p>
        </w:tc>
        <w:tc>
          <w:tcPr>
            <w:tcW w:w="2880" w:type="dxa"/>
          </w:tcPr>
          <w:p w14:paraId="21251594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25</w:t>
            </w:r>
          </w:p>
        </w:tc>
        <w:tc>
          <w:tcPr>
            <w:tcW w:w="2880" w:type="dxa"/>
          </w:tcPr>
          <w:p w14:paraId="26B9986C" w14:textId="77777777" w:rsidR="002B01B1" w:rsidRPr="00582609" w:rsidRDefault="002B01B1">
            <w:pPr>
              <w:rPr>
                <w:rFonts w:cs="Times New Roman"/>
                <w:szCs w:val="24"/>
              </w:rPr>
            </w:pPr>
          </w:p>
        </w:tc>
      </w:tr>
      <w:tr w:rsidR="002B01B1" w:rsidRPr="00582609" w14:paraId="6D206CB5" w14:textId="77777777">
        <w:tc>
          <w:tcPr>
            <w:tcW w:w="2880" w:type="dxa"/>
          </w:tcPr>
          <w:p w14:paraId="16500531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В</w:t>
            </w:r>
          </w:p>
        </w:tc>
        <w:tc>
          <w:tcPr>
            <w:tcW w:w="2880" w:type="dxa"/>
          </w:tcPr>
          <w:p w14:paraId="16E3F2D5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21</w:t>
            </w:r>
          </w:p>
        </w:tc>
        <w:tc>
          <w:tcPr>
            <w:tcW w:w="2880" w:type="dxa"/>
          </w:tcPr>
          <w:p w14:paraId="41E79A8A" w14:textId="77777777" w:rsidR="002B01B1" w:rsidRPr="00582609" w:rsidRDefault="002B01B1">
            <w:pPr>
              <w:rPr>
                <w:rFonts w:cs="Times New Roman"/>
                <w:szCs w:val="24"/>
              </w:rPr>
            </w:pPr>
          </w:p>
        </w:tc>
      </w:tr>
      <w:tr w:rsidR="002B01B1" w:rsidRPr="00582609" w14:paraId="359C9390" w14:textId="77777777">
        <w:tc>
          <w:tcPr>
            <w:tcW w:w="2880" w:type="dxa"/>
          </w:tcPr>
          <w:p w14:paraId="0FF74E06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Г</w:t>
            </w:r>
          </w:p>
        </w:tc>
        <w:tc>
          <w:tcPr>
            <w:tcW w:w="2880" w:type="dxa"/>
          </w:tcPr>
          <w:p w14:paraId="1D78EFCF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17</w:t>
            </w:r>
          </w:p>
        </w:tc>
        <w:tc>
          <w:tcPr>
            <w:tcW w:w="2880" w:type="dxa"/>
          </w:tcPr>
          <w:p w14:paraId="43949172" w14:textId="77777777" w:rsidR="002B01B1" w:rsidRPr="00582609" w:rsidRDefault="002B01B1">
            <w:pPr>
              <w:rPr>
                <w:rFonts w:cs="Times New Roman"/>
                <w:szCs w:val="24"/>
              </w:rPr>
            </w:pPr>
          </w:p>
        </w:tc>
      </w:tr>
      <w:tr w:rsidR="002B01B1" w:rsidRPr="00582609" w14:paraId="27CC6FF6" w14:textId="77777777">
        <w:tc>
          <w:tcPr>
            <w:tcW w:w="2880" w:type="dxa"/>
          </w:tcPr>
          <w:p w14:paraId="52D5CA49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Д</w:t>
            </w:r>
          </w:p>
        </w:tc>
        <w:tc>
          <w:tcPr>
            <w:tcW w:w="2880" w:type="dxa"/>
          </w:tcPr>
          <w:p w14:paraId="6EBE3D97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12</w:t>
            </w:r>
          </w:p>
        </w:tc>
        <w:tc>
          <w:tcPr>
            <w:tcW w:w="2880" w:type="dxa"/>
          </w:tcPr>
          <w:p w14:paraId="134DB95A" w14:textId="77777777" w:rsidR="002B01B1" w:rsidRPr="00582609" w:rsidRDefault="002B01B1">
            <w:pPr>
              <w:rPr>
                <w:rFonts w:cs="Times New Roman"/>
                <w:szCs w:val="24"/>
              </w:rPr>
            </w:pPr>
          </w:p>
        </w:tc>
      </w:tr>
      <w:tr w:rsidR="002B01B1" w:rsidRPr="00582609" w14:paraId="70E0C0C1" w14:textId="77777777">
        <w:tc>
          <w:tcPr>
            <w:tcW w:w="2880" w:type="dxa"/>
          </w:tcPr>
          <w:p w14:paraId="68F00808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Е</w:t>
            </w:r>
          </w:p>
        </w:tc>
        <w:tc>
          <w:tcPr>
            <w:tcW w:w="2880" w:type="dxa"/>
          </w:tcPr>
          <w:p w14:paraId="5B7108AD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10</w:t>
            </w:r>
          </w:p>
        </w:tc>
        <w:tc>
          <w:tcPr>
            <w:tcW w:w="2880" w:type="dxa"/>
          </w:tcPr>
          <w:p w14:paraId="1A66B2A9" w14:textId="77777777" w:rsidR="002B01B1" w:rsidRPr="00582609" w:rsidRDefault="002B01B1">
            <w:pPr>
              <w:rPr>
                <w:rFonts w:cs="Times New Roman"/>
                <w:szCs w:val="24"/>
              </w:rPr>
            </w:pPr>
          </w:p>
        </w:tc>
      </w:tr>
      <w:tr w:rsidR="002B01B1" w:rsidRPr="00582609" w14:paraId="7C107BB5" w14:textId="77777777">
        <w:tc>
          <w:tcPr>
            <w:tcW w:w="2880" w:type="dxa"/>
          </w:tcPr>
          <w:p w14:paraId="794F9143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ОБЩО</w:t>
            </w:r>
          </w:p>
        </w:tc>
        <w:tc>
          <w:tcPr>
            <w:tcW w:w="2880" w:type="dxa"/>
          </w:tcPr>
          <w:p w14:paraId="7C84BFEE" w14:textId="77777777" w:rsidR="002B01B1" w:rsidRPr="00582609" w:rsidRDefault="00EC6407">
            <w:pPr>
              <w:rPr>
                <w:rFonts w:cs="Times New Roman"/>
                <w:szCs w:val="24"/>
              </w:rPr>
            </w:pPr>
            <w:r w:rsidRPr="00582609">
              <w:rPr>
                <w:rFonts w:cs="Times New Roman"/>
                <w:szCs w:val="24"/>
              </w:rPr>
              <w:t>100</w:t>
            </w:r>
          </w:p>
        </w:tc>
        <w:tc>
          <w:tcPr>
            <w:tcW w:w="2880" w:type="dxa"/>
          </w:tcPr>
          <w:p w14:paraId="0BC412C3" w14:textId="77777777" w:rsidR="002B01B1" w:rsidRPr="00582609" w:rsidRDefault="002B01B1">
            <w:pPr>
              <w:rPr>
                <w:rFonts w:cs="Times New Roman"/>
                <w:szCs w:val="24"/>
              </w:rPr>
            </w:pPr>
          </w:p>
        </w:tc>
      </w:tr>
    </w:tbl>
    <w:p w14:paraId="1F66C9CA" w14:textId="1A4B2419" w:rsidR="002B01B1" w:rsidRPr="00582609" w:rsidRDefault="00EC6407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582609">
        <w:rPr>
          <w:rFonts w:ascii="Times New Roman" w:hAnsi="Times New Roman" w:cs="Times New Roman"/>
          <w:sz w:val="24"/>
          <w:szCs w:val="24"/>
        </w:rPr>
        <w:t>V. ДЕКЛАРАЦИЯ</w:t>
      </w:r>
    </w:p>
    <w:p w14:paraId="455807C0" w14:textId="1AB81996" w:rsidR="002B01B1" w:rsidRPr="00582609" w:rsidRDefault="00EC6407">
      <w:pPr>
        <w:rPr>
          <w:rFonts w:cs="Times New Roman"/>
          <w:szCs w:val="24"/>
        </w:rPr>
      </w:pPr>
      <w:r w:rsidRPr="00582609">
        <w:rPr>
          <w:rFonts w:cs="Times New Roman"/>
          <w:szCs w:val="24"/>
        </w:rPr>
        <w:t>Декларирам, че всички данни, посочени в настоящ</w:t>
      </w:r>
      <w:r w:rsidR="00A37EBA">
        <w:rPr>
          <w:rFonts w:cs="Times New Roman"/>
          <w:szCs w:val="24"/>
          <w:lang w:val="bg-BG"/>
        </w:rPr>
        <w:t>ото заявление</w:t>
      </w:r>
      <w:r w:rsidRPr="00582609">
        <w:rPr>
          <w:rFonts w:cs="Times New Roman"/>
          <w:szCs w:val="24"/>
        </w:rPr>
        <w:t>, са верни, пълни и актуални. Запознат/а съм с Правилата за провеждане на конкурса и приемам условията за участие. Известно ми е, че Комисията може при необходимост да изиска допълнителна информация.</w:t>
      </w:r>
    </w:p>
    <w:p w14:paraId="5D2E2185" w14:textId="77777777" w:rsidR="002B01B1" w:rsidRPr="00582609" w:rsidRDefault="00EC6407">
      <w:pPr>
        <w:rPr>
          <w:rFonts w:cs="Times New Roman"/>
          <w:szCs w:val="24"/>
        </w:rPr>
      </w:pPr>
      <w:r w:rsidRPr="00582609">
        <w:rPr>
          <w:rFonts w:cs="Times New Roman"/>
          <w:szCs w:val="24"/>
        </w:rPr>
        <w:br/>
        <w:t>Дата: ______________________</w:t>
      </w:r>
    </w:p>
    <w:p w14:paraId="2EE66BAA" w14:textId="66E5630A" w:rsidR="002B01B1" w:rsidRPr="00582609" w:rsidRDefault="00EC6407">
      <w:pPr>
        <w:rPr>
          <w:rFonts w:cs="Times New Roman"/>
          <w:szCs w:val="24"/>
        </w:rPr>
      </w:pPr>
      <w:r w:rsidRPr="00582609">
        <w:rPr>
          <w:rFonts w:cs="Times New Roman"/>
          <w:szCs w:val="24"/>
        </w:rPr>
        <w:t>Представляващ: __________________________</w:t>
      </w:r>
    </w:p>
    <w:p w14:paraId="58BD2003" w14:textId="127D9AF8" w:rsidR="002B01B1" w:rsidRPr="00582609" w:rsidRDefault="00EC6407">
      <w:pPr>
        <w:rPr>
          <w:rFonts w:cs="Times New Roman"/>
          <w:szCs w:val="24"/>
        </w:rPr>
      </w:pPr>
      <w:r w:rsidRPr="00582609">
        <w:rPr>
          <w:rFonts w:cs="Times New Roman"/>
          <w:szCs w:val="24"/>
        </w:rPr>
        <w:t>Подпис: _________________________</w:t>
      </w:r>
    </w:p>
    <w:sectPr w:rsidR="002B01B1" w:rsidRPr="0058260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5700516">
    <w:abstractNumId w:val="8"/>
  </w:num>
  <w:num w:numId="2" w16cid:durableId="540166715">
    <w:abstractNumId w:val="6"/>
  </w:num>
  <w:num w:numId="3" w16cid:durableId="87896564">
    <w:abstractNumId w:val="5"/>
  </w:num>
  <w:num w:numId="4" w16cid:durableId="33774629">
    <w:abstractNumId w:val="4"/>
  </w:num>
  <w:num w:numId="5" w16cid:durableId="2100059648">
    <w:abstractNumId w:val="7"/>
  </w:num>
  <w:num w:numId="6" w16cid:durableId="1194611955">
    <w:abstractNumId w:val="3"/>
  </w:num>
  <w:num w:numId="7" w16cid:durableId="1322585390">
    <w:abstractNumId w:val="2"/>
  </w:num>
  <w:num w:numId="8" w16cid:durableId="290676438">
    <w:abstractNumId w:val="1"/>
  </w:num>
  <w:num w:numId="9" w16cid:durableId="228348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2A5E"/>
    <w:rsid w:val="001C4B65"/>
    <w:rsid w:val="00214122"/>
    <w:rsid w:val="0029639D"/>
    <w:rsid w:val="002B01B1"/>
    <w:rsid w:val="002F5113"/>
    <w:rsid w:val="00326F90"/>
    <w:rsid w:val="003C1D4A"/>
    <w:rsid w:val="00582609"/>
    <w:rsid w:val="0077790E"/>
    <w:rsid w:val="0078466E"/>
    <w:rsid w:val="008119A6"/>
    <w:rsid w:val="008C1A90"/>
    <w:rsid w:val="008C5AE2"/>
    <w:rsid w:val="009615AD"/>
    <w:rsid w:val="00A37EBA"/>
    <w:rsid w:val="00A94586"/>
    <w:rsid w:val="00AA1D8D"/>
    <w:rsid w:val="00B47730"/>
    <w:rsid w:val="00B51BC5"/>
    <w:rsid w:val="00B8391E"/>
    <w:rsid w:val="00B952D9"/>
    <w:rsid w:val="00B97568"/>
    <w:rsid w:val="00BC57B8"/>
    <w:rsid w:val="00CB0664"/>
    <w:rsid w:val="00D5198F"/>
    <w:rsid w:val="00E51C13"/>
    <w:rsid w:val="00EC6407"/>
    <w:rsid w:val="00EE53E5"/>
    <w:rsid w:val="00FC37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F58919"/>
  <w14:defaultImageDpi w14:val="300"/>
  <w15:docId w15:val="{637DCDED-5D95-444A-85EF-A6446842D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office</cp:lastModifiedBy>
  <cp:revision>28</cp:revision>
  <dcterms:created xsi:type="dcterms:W3CDTF">2026-06-30T19:29:00Z</dcterms:created>
  <dcterms:modified xsi:type="dcterms:W3CDTF">2026-09-25T06:46:00Z</dcterms:modified>
  <cp:category/>
</cp:coreProperties>
</file>